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85094" w14:textId="7E303264" w:rsidR="00596D09" w:rsidRDefault="00596D09" w:rsidP="00596D0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</w:pPr>
    </w:p>
    <w:p w14:paraId="1A0A312C" w14:textId="77777777" w:rsidR="005B7568" w:rsidRPr="0063773C" w:rsidRDefault="005B7568" w:rsidP="00596D09">
      <w:pPr>
        <w:shd w:val="clear" w:color="auto" w:fill="FFFFFF"/>
        <w:spacing w:after="0" w:line="360" w:lineRule="auto"/>
        <w:ind w:firstLine="709"/>
        <w:jc w:val="center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</w:p>
    <w:p w14:paraId="07825866" w14:textId="489E51B1" w:rsidR="00596D09" w:rsidRDefault="00596D09" w:rsidP="00596D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es-AR" w:eastAsia="es-AR"/>
        </w:rPr>
      </w:pPr>
      <w:r w:rsidRPr="0063773C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  <w:lang w:val="es-AR" w:eastAsia="es-AR"/>
        </w:rPr>
        <w:t>PODER ESPECIAL PARA SUSCRIBIR PLAN DE PAGO Y RECONOCER DEUDA.</w:t>
      </w:r>
    </w:p>
    <w:p w14:paraId="7CB0D66D" w14:textId="77777777" w:rsidR="00C07020" w:rsidRPr="0063773C" w:rsidRDefault="00C07020" w:rsidP="00596D09">
      <w:pPr>
        <w:shd w:val="clear" w:color="auto" w:fill="FFFFFF"/>
        <w:spacing w:after="0" w:line="360" w:lineRule="auto"/>
        <w:jc w:val="center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  <w:bookmarkStart w:id="0" w:name="_GoBack"/>
      <w:bookmarkEnd w:id="0"/>
    </w:p>
    <w:p w14:paraId="2E85FBBA" w14:textId="77777777" w:rsidR="00596D09" w:rsidRPr="0063773C" w:rsidRDefault="00596D09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Quien suscribe, Sr./Sra. ________________________________________________, DNI N __________________, en carácter de titular del servicio / propietario/a del inmueble / representante legal de ________________________________________________, respecto de la Unidad N ______________, confiere PODER ESPECIAL al/la Sr./Sra. ________________________________________, DNI N _______________, para que, en su nombre y representación, comparezca ante la DIRECCIÓN PROVINCIAL DE OBRAS Y SERVICIOS SANITARIOS y:</w:t>
      </w:r>
    </w:p>
    <w:p w14:paraId="6516CAA9" w14:textId="77777777" w:rsidR="00596D09" w:rsidRPr="0063773C" w:rsidRDefault="00596D09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a) solicite la regularización de la deuda correspondiente a la unidad indicada.</w:t>
      </w:r>
    </w:p>
    <w:p w14:paraId="3669A929" w14:textId="77777777" w:rsidR="00596D09" w:rsidRPr="0063773C" w:rsidRDefault="00596D09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b) reconozca la deuda detallada en el Anexo III “Convenio de Financiación”</w:t>
      </w:r>
    </w:p>
    <w:p w14:paraId="0E8B55BA" w14:textId="77777777" w:rsidR="00596D09" w:rsidRPr="0063773C" w:rsidRDefault="00596D09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c) suscriba el Anexo II “Convenio de Plan de Pago - Reconocimiento de Deuda”; y</w:t>
      </w:r>
    </w:p>
    <w:p w14:paraId="12646D28" w14:textId="77777777" w:rsidR="00596D09" w:rsidRPr="0063773C" w:rsidRDefault="00596D09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d) constituya domicilio y reciba las comunicaciones y notificaciones relacionadas con el plan de pago.</w:t>
      </w:r>
    </w:p>
    <w:p w14:paraId="31BC4DEE" w14:textId="77777777" w:rsidR="00596D09" w:rsidRPr="0063773C" w:rsidRDefault="00596D09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Se acompaña copia del documento de identidad del poderdante y de la persona autorizada y, cuando corresponda, la documentación que acredita la representación legal invocada.</w:t>
      </w:r>
    </w:p>
    <w:p w14:paraId="5E6BC318" w14:textId="3F4BB6EF" w:rsidR="00596D09" w:rsidRDefault="00596D09" w:rsidP="00596D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</w:pPr>
    </w:p>
    <w:p w14:paraId="56B5CF42" w14:textId="77777777" w:rsidR="005B7568" w:rsidRPr="0063773C" w:rsidRDefault="005B7568" w:rsidP="00596D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</w:pPr>
    </w:p>
    <w:p w14:paraId="2006785B" w14:textId="4872D9AB" w:rsidR="00596D09" w:rsidRDefault="00596D09" w:rsidP="00596D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Firma del poderdante: ____________________________________________________</w:t>
      </w:r>
    </w:p>
    <w:p w14:paraId="79154E0F" w14:textId="77777777" w:rsidR="005B7568" w:rsidRPr="0063773C" w:rsidRDefault="005B7568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</w:p>
    <w:p w14:paraId="33440D2E" w14:textId="41608697" w:rsidR="00596D09" w:rsidRDefault="00596D09" w:rsidP="00596D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Aclaración: _____________________________________________________________</w:t>
      </w:r>
    </w:p>
    <w:p w14:paraId="2F18337C" w14:textId="77777777" w:rsidR="005B7568" w:rsidRPr="0063773C" w:rsidRDefault="005B7568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</w:p>
    <w:p w14:paraId="54BA7A8C" w14:textId="4E7BF3B6" w:rsidR="00596D09" w:rsidRDefault="00596D09" w:rsidP="00596D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DNI: __________________________________________________________________</w:t>
      </w:r>
    </w:p>
    <w:p w14:paraId="04417AE4" w14:textId="77777777" w:rsidR="005B7568" w:rsidRPr="0063773C" w:rsidRDefault="005B7568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</w:p>
    <w:p w14:paraId="10FC28BA" w14:textId="5F143446" w:rsidR="00596D09" w:rsidRDefault="00596D09" w:rsidP="00596D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Teléfono: ______________________________________________________________</w:t>
      </w:r>
    </w:p>
    <w:p w14:paraId="25264B28" w14:textId="77777777" w:rsidR="005B7568" w:rsidRPr="0063773C" w:rsidRDefault="005B7568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</w:p>
    <w:p w14:paraId="34B30F35" w14:textId="491DFC52" w:rsidR="00596D09" w:rsidRDefault="00596D09" w:rsidP="00596D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t>Correo electrónico: ______________________________________________________</w:t>
      </w:r>
    </w:p>
    <w:p w14:paraId="1E65B7DF" w14:textId="77777777" w:rsidR="005B7568" w:rsidRPr="0063773C" w:rsidRDefault="005B7568" w:rsidP="00596D0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</w:p>
    <w:p w14:paraId="08FC390B" w14:textId="5E11CE70" w:rsidR="00596D09" w:rsidRPr="005B7568" w:rsidRDefault="00596D09" w:rsidP="005B7568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/>
          <w:szCs w:val="24"/>
          <w:lang w:val="es-AR" w:eastAsia="es-AR"/>
        </w:rPr>
      </w:pPr>
      <w:r w:rsidRPr="0063773C">
        <w:rPr>
          <w:rFonts w:ascii="Times New Roman" w:eastAsia="Times New Roman" w:hAnsi="Times New Roman" w:cs="Times New Roman"/>
          <w:color w:val="000000"/>
          <w:szCs w:val="24"/>
          <w:lang w:val="es-AR" w:eastAsia="es-AR"/>
        </w:rPr>
        <w:lastRenderedPageBreak/>
        <w:t>Lugar y fecha: _________________________________________________</w:t>
      </w:r>
    </w:p>
    <w:sectPr w:rsidR="00596D09" w:rsidRPr="005B7568" w:rsidSect="0063773C">
      <w:headerReference w:type="default" r:id="rId8"/>
      <w:footerReference w:type="default" r:id="rId9"/>
      <w:pgSz w:w="12240" w:h="15840"/>
      <w:pgMar w:top="1417" w:right="1183" w:bottom="1417" w:left="158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E81CA" w14:textId="77777777" w:rsidR="00D05CAD" w:rsidRDefault="00D05CAD">
      <w:pPr>
        <w:spacing w:after="0" w:line="240" w:lineRule="auto"/>
      </w:pPr>
      <w:r>
        <w:separator/>
      </w:r>
    </w:p>
  </w:endnote>
  <w:endnote w:type="continuationSeparator" w:id="0">
    <w:p w14:paraId="05CDCB7D" w14:textId="77777777" w:rsidR="00D05CAD" w:rsidRDefault="00D0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11786" w14:textId="77777777" w:rsidR="00E01019" w:rsidRDefault="00E010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234C3" w14:textId="77777777" w:rsidR="00D05CAD" w:rsidRDefault="00D05CAD">
      <w:pPr>
        <w:spacing w:after="0" w:line="240" w:lineRule="auto"/>
      </w:pPr>
      <w:r>
        <w:separator/>
      </w:r>
    </w:p>
  </w:footnote>
  <w:footnote w:type="continuationSeparator" w:id="0">
    <w:p w14:paraId="56A2E8A5" w14:textId="77777777" w:rsidR="00D05CAD" w:rsidRDefault="00D0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F8F1E" w14:textId="77777777" w:rsidR="00E01019" w:rsidRDefault="00E010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A1C27A1"/>
    <w:multiLevelType w:val="hybridMultilevel"/>
    <w:tmpl w:val="604A6406"/>
    <w:lvl w:ilvl="0" w:tplc="832CA4F8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B4C7B"/>
    <w:multiLevelType w:val="hybridMultilevel"/>
    <w:tmpl w:val="30C0975A"/>
    <w:lvl w:ilvl="0" w:tplc="A32EC83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66391"/>
    <w:multiLevelType w:val="hybridMultilevel"/>
    <w:tmpl w:val="1B34020A"/>
    <w:lvl w:ilvl="0" w:tplc="0CB8619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20" w:hanging="360"/>
      </w:pPr>
    </w:lvl>
    <w:lvl w:ilvl="2" w:tplc="2C0A001B" w:tentative="1">
      <w:start w:val="1"/>
      <w:numFmt w:val="lowerRoman"/>
      <w:lvlText w:val="%3."/>
      <w:lvlJc w:val="right"/>
      <w:pPr>
        <w:ind w:left="1440" w:hanging="180"/>
      </w:pPr>
    </w:lvl>
    <w:lvl w:ilvl="3" w:tplc="2C0A000F" w:tentative="1">
      <w:start w:val="1"/>
      <w:numFmt w:val="decimal"/>
      <w:lvlText w:val="%4."/>
      <w:lvlJc w:val="left"/>
      <w:pPr>
        <w:ind w:left="2160" w:hanging="360"/>
      </w:pPr>
    </w:lvl>
    <w:lvl w:ilvl="4" w:tplc="2C0A0019" w:tentative="1">
      <w:start w:val="1"/>
      <w:numFmt w:val="lowerLetter"/>
      <w:lvlText w:val="%5."/>
      <w:lvlJc w:val="left"/>
      <w:pPr>
        <w:ind w:left="2880" w:hanging="360"/>
      </w:pPr>
    </w:lvl>
    <w:lvl w:ilvl="5" w:tplc="2C0A001B" w:tentative="1">
      <w:start w:val="1"/>
      <w:numFmt w:val="lowerRoman"/>
      <w:lvlText w:val="%6."/>
      <w:lvlJc w:val="right"/>
      <w:pPr>
        <w:ind w:left="3600" w:hanging="180"/>
      </w:pPr>
    </w:lvl>
    <w:lvl w:ilvl="6" w:tplc="2C0A000F" w:tentative="1">
      <w:start w:val="1"/>
      <w:numFmt w:val="decimal"/>
      <w:lvlText w:val="%7."/>
      <w:lvlJc w:val="left"/>
      <w:pPr>
        <w:ind w:left="4320" w:hanging="360"/>
      </w:pPr>
    </w:lvl>
    <w:lvl w:ilvl="7" w:tplc="2C0A0019" w:tentative="1">
      <w:start w:val="1"/>
      <w:numFmt w:val="lowerLetter"/>
      <w:lvlText w:val="%8."/>
      <w:lvlJc w:val="left"/>
      <w:pPr>
        <w:ind w:left="5040" w:hanging="360"/>
      </w:pPr>
    </w:lvl>
    <w:lvl w:ilvl="8" w:tplc="2C0A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550C"/>
    <w:rsid w:val="0006063C"/>
    <w:rsid w:val="0015074B"/>
    <w:rsid w:val="001F6964"/>
    <w:rsid w:val="00281D58"/>
    <w:rsid w:val="0029639D"/>
    <w:rsid w:val="002A6FAE"/>
    <w:rsid w:val="00326F90"/>
    <w:rsid w:val="003D364D"/>
    <w:rsid w:val="003F3EAE"/>
    <w:rsid w:val="004F0B38"/>
    <w:rsid w:val="00596D09"/>
    <w:rsid w:val="0059757C"/>
    <w:rsid w:val="005B7568"/>
    <w:rsid w:val="0063773C"/>
    <w:rsid w:val="00657839"/>
    <w:rsid w:val="007761D1"/>
    <w:rsid w:val="00946A14"/>
    <w:rsid w:val="00977868"/>
    <w:rsid w:val="00977D27"/>
    <w:rsid w:val="00A570FF"/>
    <w:rsid w:val="00A658AD"/>
    <w:rsid w:val="00AA1D8D"/>
    <w:rsid w:val="00AD224A"/>
    <w:rsid w:val="00B47730"/>
    <w:rsid w:val="00BE6287"/>
    <w:rsid w:val="00C07020"/>
    <w:rsid w:val="00C35E6E"/>
    <w:rsid w:val="00CB0664"/>
    <w:rsid w:val="00D05CAD"/>
    <w:rsid w:val="00D47824"/>
    <w:rsid w:val="00E01019"/>
    <w:rsid w:val="00E074FC"/>
    <w:rsid w:val="00E60B97"/>
    <w:rsid w:val="00E76241"/>
    <w:rsid w:val="00EC0D03"/>
    <w:rsid w:val="00F05C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B60A9FB"/>
  <w14:defaultImageDpi w14:val="300"/>
  <w15:docId w15:val="{3D66A9EC-EE28-4182-97BB-99B98C17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mbria" w:eastAsia="Cambria" w:hAnsi="Cambria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CF3B79-DB11-4FD8-8918-7488CC7D6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233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Ivana Castillo</cp:lastModifiedBy>
  <cp:revision>4</cp:revision>
  <cp:lastPrinted>2026-09-04T17:13:00Z</cp:lastPrinted>
  <dcterms:created xsi:type="dcterms:W3CDTF">2026-09-09T13:51:00Z</dcterms:created>
  <dcterms:modified xsi:type="dcterms:W3CDTF">2026-09-09T14:01:00Z</dcterms:modified>
  <cp:category/>
</cp:coreProperties>
</file>